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Actividad de sostenibilidad para FP</w:t>
      </w:r>
    </w:p>
    <w:p>
      <w:r>
        <w:t>Analiza una empresa ficticia, propón tres mejoras y decide cómo medirlas. La ficha se puede adaptar a la familia profesional. Tiempo orientativo 60 minutos.</w:t>
      </w:r>
    </w:p>
    <w:p>
      <w:r>
        <w:rPr>
          <w:b w:val="0"/>
        </w:rPr>
        <w:t>Nombre o equipo ________________________ Grupo __________ Fecha __________</w:t>
      </w:r>
    </w:p>
    <w:p>
      <w:pPr>
        <w:pStyle w:val="Heading1"/>
      </w:pPr>
      <w:r>
        <w:t>El caso de Aula Abierta</w:t>
      </w:r>
    </w:p>
    <w:p>
      <w:r>
        <w:rPr>
          <w:b w:val="0"/>
        </w:rPr>
        <w:t>Aula Abierta es una empresa ficticia de servicios con doce personas en plantilla. Abre cinco días por semana y prepara documentos y materiales para clientes. La dirección quiere probar durante un mes mejoras que el equipo pueda mantener. Todas las cifras son ficticias y no representan datos de Paraninfo ni promedios del sector.</w:t>
      </w:r>
    </w:p>
    <w:tbl>
      <w:tblPr>
        <w:tblW w:type="auto" w:w="0"/>
        <w:jc w:val="center"/>
        <w:tblLayout w:type="fixed"/>
        <w:tblLook w:firstColumn="1" w:firstRow="1" w:lastColumn="0" w:lastRow="0" w:noHBand="0" w:noVBand="1" w:val="04A0"/>
      </w:tblPr>
      <w:tblGrid>
        <w:gridCol w:w="4933"/>
        <w:gridCol w:w="4933"/>
      </w:tblGrid>
      <w:tr>
        <w:trPr>
          <w:tblHeader/>
          <w:cantSplit/>
        </w:trPr>
        <w:tc>
          <w:tcPr>
            <w:tcW w:type="dxa" w:w="294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20"/>
              </w:rPr>
              <w:t>Aspecto</w:t>
            </w:r>
          </w:p>
        </w:tc>
        <w:tc>
          <w:tcPr>
            <w:tcW w:type="dxa" w:w="691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20"/>
              </w:rPr>
              <w:t>Referencia inicial</w:t>
            </w:r>
          </w:p>
        </w:tc>
      </w:tr>
      <w:tr>
        <w:trPr>
          <w:cantSplit/>
        </w:trPr>
        <w:tc>
          <w:tcPr>
            <w:tcW w:type="dxa" w:w="294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Papel</w:t>
            </w:r>
          </w:p>
        </w:tc>
        <w:tc>
          <w:tcPr>
            <w:tcW w:type="dxa" w:w="691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1.200 hojas utilizadas por semana</w:t>
            </w:r>
          </w:p>
        </w:tc>
      </w:tr>
      <w:tr>
        <w:trPr>
          <w:cantSplit/>
        </w:trPr>
        <w:tc>
          <w:tcPr>
            <w:tcW w:type="dxa" w:w="294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Electricidad</w:t>
            </w:r>
          </w:p>
        </w:tc>
        <w:tc>
          <w:tcPr>
            <w:tcW w:type="dxa" w:w="691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250 kWh por semana de cinco días de apertura</w:t>
            </w:r>
          </w:p>
        </w:tc>
      </w:tr>
      <w:tr>
        <w:trPr>
          <w:cantSplit/>
        </w:trPr>
        <w:tc>
          <w:tcPr>
            <w:tcW w:type="dxa" w:w="294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Residuos</w:t>
            </w:r>
          </w:p>
        </w:tc>
        <w:tc>
          <w:tcPr>
            <w:tcW w:type="dxa" w:w="691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0"/>
              </w:rPr>
              <w:t>30 kg semanales de residuos mezclados</w:t>
            </w:r>
          </w:p>
        </w:tc>
      </w:tr>
      <w:tr>
        <w:trPr>
          <w:cantSplit/>
        </w:trPr>
        <w:tc>
          <w:tcPr>
            <w:tcW w:type="dxa" w:w="294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Formación del equipo</w:t>
            </w:r>
          </w:p>
        </w:tc>
        <w:tc>
          <w:tcPr>
            <w:tcW w:type="dxa" w:w="691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0"/>
              </w:rPr>
              <w:t>4 de 12 personas han completado una sesión interna sobre el nuevo procedimiento</w:t>
            </w:r>
          </w:p>
        </w:tc>
      </w:tr>
    </w:tbl>
    <w:p>
      <w:pPr>
        <w:spacing w:after="40"/>
      </w:pPr>
    </w:p>
    <w:p>
      <w:pPr>
        <w:pStyle w:val="Heading1"/>
      </w:pPr>
      <w:r>
        <w:t>Qué debes entregar</w:t>
      </w:r>
    </w:p>
    <w:p>
      <w:r>
        <w:rPr>
          <w:b w:val="0"/>
        </w:rPr>
        <w:t>1. Identifica tres aspectos relevantes y las personas o grupos afectados.</w:t>
      </w:r>
    </w:p>
    <w:p>
      <w:r>
        <w:rPr>
          <w:b w:val="0"/>
        </w:rPr>
        <w:t>2. Propón tres mejoras concretas con al menos una ambiental y una social.</w:t>
      </w:r>
    </w:p>
    <w:p>
      <w:r>
        <w:rPr>
          <w:b w:val="0"/>
        </w:rPr>
        <w:t>3. Define un indicador por medida con unidad, referencia inicial, meta y modo de medición.</w:t>
      </w:r>
    </w:p>
    <w:p>
      <w:r>
        <w:rPr>
          <w:b w:val="0"/>
        </w:rPr>
        <w:t>4. Elige por dónde empezar y justifica la prioridad. Anota la dificultad principal.</w:t>
      </w:r>
    </w:p>
    <w:p>
      <w:r>
        <w:rPr>
          <w:b w:val="0"/>
        </w:rPr>
        <w:t>Puedes usar una calculadora y la unidad del módulo. Distingue los datos del caso de tus hipótesis. Si necesitas un dato que no existe, explica cómo lo recogerías antes de fijar la meta.</w:t>
      </w:r>
    </w:p>
    <w:p>
      <w:r>
        <w:br w:type="page"/>
      </w:r>
    </w:p>
    <w:p>
      <w:pPr>
        <w:pStyle w:val="Heading1"/>
      </w:pPr>
      <w:r>
        <w:t>Diagnóstico y personas afectadas</w:t>
      </w:r>
    </w:p>
    <w:p>
      <w:r>
        <w:rPr>
          <w:b w:val="0"/>
        </w:rPr>
        <w:t>Describe cada aspecto y explica por qué importa. Separa lo que sabes de lo que falta medir.</w:t>
      </w:r>
    </w:p>
    <w:p>
      <w:r>
        <w:rPr>
          <w:b/>
        </w:rPr>
        <w:t>Aspecto 1 y personas o grupos afectados</w:t>
      </w:r>
    </w:p>
    <w:p>
      <w:r>
        <w:rPr>
          <w:b w:val="0"/>
        </w:rPr>
        <w:t>____________________________________________________________________________</w:t>
      </w:r>
    </w:p>
    <w:p>
      <w:r>
        <w:rPr>
          <w:b w:val="0"/>
        </w:rPr>
        <w:t>____________________________________________________________________________</w:t>
      </w:r>
    </w:p>
    <w:p>
      <w:r>
        <w:rPr>
          <w:b/>
        </w:rPr>
        <w:t>Dato disponible y dato que necesitarías comprobar</w:t>
      </w:r>
    </w:p>
    <w:p>
      <w:r>
        <w:rPr>
          <w:b w:val="0"/>
        </w:rPr>
        <w:t>____________________________________________________________________________</w:t>
      </w:r>
    </w:p>
    <w:p>
      <w:r>
        <w:rPr>
          <w:b/>
        </w:rPr>
        <w:t>Aspecto 2 y personas o grupos afectados</w:t>
      </w:r>
    </w:p>
    <w:p>
      <w:r>
        <w:rPr>
          <w:b w:val="0"/>
        </w:rPr>
        <w:t>____________________________________________________________________________</w:t>
      </w:r>
    </w:p>
    <w:p>
      <w:r>
        <w:rPr>
          <w:b w:val="0"/>
        </w:rPr>
        <w:t>____________________________________________________________________________</w:t>
      </w:r>
    </w:p>
    <w:p>
      <w:r>
        <w:rPr>
          <w:b/>
        </w:rPr>
        <w:t>Dato disponible y dato que necesitarías comprobar</w:t>
      </w:r>
    </w:p>
    <w:p>
      <w:r>
        <w:rPr>
          <w:b w:val="0"/>
        </w:rPr>
        <w:t>____________________________________________________________________________</w:t>
      </w:r>
    </w:p>
    <w:p>
      <w:r>
        <w:rPr>
          <w:b/>
        </w:rPr>
        <w:t>Aspecto 3 y personas o grupos afectados</w:t>
      </w:r>
    </w:p>
    <w:p>
      <w:r>
        <w:rPr>
          <w:b w:val="0"/>
        </w:rPr>
        <w:t>____________________________________________________________________________</w:t>
      </w:r>
    </w:p>
    <w:p>
      <w:r>
        <w:rPr>
          <w:b w:val="0"/>
        </w:rPr>
        <w:t>____________________________________________________________________________</w:t>
      </w:r>
    </w:p>
    <w:p>
      <w:r>
        <w:rPr>
          <w:b/>
        </w:rPr>
        <w:t>Dato disponible y dato que necesitarías comprobar</w:t>
      </w:r>
    </w:p>
    <w:p>
      <w:r>
        <w:rPr>
          <w:b w:val="0"/>
        </w:rPr>
        <w:t>____________________________________________________________________________</w:t>
      </w:r>
    </w:p>
    <w:p>
      <w:pPr>
        <w:pStyle w:val="Heading1"/>
      </w:pPr>
      <w:r>
        <w:t>Decisión inicial</w:t>
      </w:r>
    </w:p>
    <w:p>
      <w:r>
        <w:rPr>
          <w:b/>
        </w:rPr>
        <w:t>Qué medida pondrías en marcha primero y por qué</w:t>
      </w:r>
    </w:p>
    <w:p>
      <w:r>
        <w:rPr>
          <w:b w:val="0"/>
        </w:rPr>
        <w:t>____________________________________________________________________________</w:t>
      </w:r>
    </w:p>
    <w:p>
      <w:r>
        <w:rPr>
          <w:b w:val="0"/>
        </w:rPr>
        <w:t>____________________________________________________________________________</w:t>
      </w:r>
    </w:p>
    <w:p>
      <w:r>
        <w:br w:type="page"/>
      </w:r>
    </w:p>
    <w:p>
      <w:pPr>
        <w:pStyle w:val="Heading1"/>
      </w:pPr>
      <w:r>
        <w:t>Plan de mejora e indicadores</w:t>
      </w:r>
    </w:p>
    <w:p>
      <w:r>
        <w:rPr>
          <w:b w:val="0"/>
        </w:rPr>
        <w:t>Completa tres propuestas. No confundas la meta con un resultado conseguido. Asegúrate de incluir al menos una medida ambiental y una social.</w:t>
      </w:r>
    </w:p>
    <w:p>
      <w:r>
        <w:rPr>
          <w:b/>
        </w:rPr>
        <w:t>Medida 1</w:t>
      </w:r>
    </w:p>
    <w:p>
      <w:r>
        <w:rPr>
          <w:b w:val="0"/>
        </w:rPr>
        <w:t>Acción y responsable _______________________________________________________</w:t>
      </w:r>
    </w:p>
    <w:p>
      <w:r>
        <w:rPr>
          <w:b w:val="0"/>
        </w:rPr>
        <w:t>Impacto al que responde ____________________________________________________</w:t>
      </w:r>
    </w:p>
    <w:p>
      <w:r>
        <w:rPr>
          <w:b w:val="0"/>
        </w:rPr>
        <w:t>Indicador y unidad _________________________________________________________</w:t>
      </w:r>
    </w:p>
    <w:p>
      <w:r>
        <w:rPr>
          <w:b w:val="0"/>
        </w:rPr>
        <w:t>Referencia inicial y meta ___________________________________________________</w:t>
      </w:r>
    </w:p>
    <w:p>
      <w:r>
        <w:rPr>
          <w:b w:val="0"/>
        </w:rPr>
        <w:t>Cómo y cuándo se medirá ____________________________________________________</w:t>
      </w:r>
    </w:p>
    <w:p>
      <w:r>
        <w:rPr>
          <w:b w:val="0"/>
        </w:rPr>
        <w:t>Dificultad o supuesto _______________________________________________________</w:t>
      </w:r>
    </w:p>
    <w:p>
      <w:r>
        <w:rPr>
          <w:b/>
        </w:rPr>
        <w:t>Medida 2</w:t>
      </w:r>
    </w:p>
    <w:p>
      <w:r>
        <w:rPr>
          <w:b w:val="0"/>
        </w:rPr>
        <w:t>Acción y responsable _______________________________________________________</w:t>
      </w:r>
    </w:p>
    <w:p>
      <w:r>
        <w:rPr>
          <w:b w:val="0"/>
        </w:rPr>
        <w:t>Impacto al que responde ____________________________________________________</w:t>
      </w:r>
    </w:p>
    <w:p>
      <w:r>
        <w:rPr>
          <w:b w:val="0"/>
        </w:rPr>
        <w:t>Indicador y unidad _________________________________________________________</w:t>
      </w:r>
    </w:p>
    <w:p>
      <w:r>
        <w:rPr>
          <w:b w:val="0"/>
        </w:rPr>
        <w:t>Referencia inicial y meta ___________________________________________________</w:t>
      </w:r>
    </w:p>
    <w:p>
      <w:r>
        <w:rPr>
          <w:b w:val="0"/>
        </w:rPr>
        <w:t>Cómo y cuándo se medirá ____________________________________________________</w:t>
      </w:r>
    </w:p>
    <w:p>
      <w:r>
        <w:rPr>
          <w:b w:val="0"/>
        </w:rPr>
        <w:t>Dificultad o supuesto _______________________________________________________</w:t>
      </w:r>
    </w:p>
    <w:p>
      <w:r>
        <w:rPr>
          <w:b/>
        </w:rPr>
        <w:t>Medida 3</w:t>
      </w:r>
    </w:p>
    <w:p>
      <w:r>
        <w:rPr>
          <w:b w:val="0"/>
        </w:rPr>
        <w:t>Acción y responsable _______________________________________________________</w:t>
      </w:r>
    </w:p>
    <w:p>
      <w:r>
        <w:rPr>
          <w:b w:val="0"/>
        </w:rPr>
        <w:t>Impacto al que responde ____________________________________________________</w:t>
      </w:r>
    </w:p>
    <w:p>
      <w:r>
        <w:rPr>
          <w:b w:val="0"/>
        </w:rPr>
        <w:t>Indicador y unidad _________________________________________________________</w:t>
      </w:r>
    </w:p>
    <w:p>
      <w:r>
        <w:rPr>
          <w:b w:val="0"/>
        </w:rPr>
        <w:t>Referencia inicial y meta ___________________________________________________</w:t>
      </w:r>
    </w:p>
    <w:p>
      <w:r>
        <w:rPr>
          <w:b w:val="0"/>
        </w:rPr>
        <w:t>Cómo y cuándo se medirá ____________________________________________________</w:t>
      </w:r>
    </w:p>
    <w:p>
      <w:r>
        <w:rPr>
          <w:b w:val="0"/>
        </w:rPr>
        <w:t>Dificultad o supuesto _______________________________________________________</w:t>
      </w:r>
    </w:p>
    <w:p>
      <w:r>
        <w:rPr>
          <w:b w:val="0"/>
        </w:rPr>
        <w:t>Antes de entregar, comprueba las unidades y explica qué harías si las semanas tienen diferente duración o actividad. Una mejora observada no demuestra por sí sola su causa.</w:t>
      </w:r>
    </w:p>
    <w:p>
      <w:r>
        <w:br w:type="page"/>
      </w:r>
    </w:p>
    <w:p>
      <w:pPr>
        <w:pStyle w:val="Heading1"/>
      </w:pPr>
      <w:r>
        <w:t>Rúbrica para valorar la actividad</w:t>
      </w:r>
    </w:p>
    <w:p>
      <w:r>
        <w:rPr>
          <w:b w:val="0"/>
        </w:rPr>
        <w:t>Cuatro criterios con puntuaciones de cero a dos. Máximo ocho puntos. El docente puede adaptar los descriptores antes de la actividad y debe comunicarlos al grupo.</w:t>
      </w:r>
    </w:p>
    <w:tbl>
      <w:tblPr>
        <w:tblW w:type="auto" w:w="0"/>
        <w:jc w:val="center"/>
        <w:tblLayout w:type="fixed"/>
        <w:tblLook w:firstColumn="1" w:firstRow="1" w:lastColumn="0" w:lastRow="0" w:noHBand="0" w:noVBand="1" w:val="04A0"/>
      </w:tblPr>
      <w:tblGrid>
        <w:gridCol w:w="2466"/>
        <w:gridCol w:w="2466"/>
        <w:gridCol w:w="2466"/>
        <w:gridCol w:w="2466"/>
      </w:tblGrid>
      <w:tr>
        <w:trPr>
          <w:tblHeade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18"/>
              </w:rPr>
              <w:t>Criterio</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18"/>
              </w:rPr>
              <w:t>0 puntos</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18"/>
              </w:rPr>
              <w:t>1 punto</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004C91"/>
          </w:tcPr>
          <w:p>
            <w:pPr>
              <w:spacing w:after="40" w:before="40"/>
            </w:pPr>
            <w:r>
              <w:rPr>
                <w:b/>
                <w:color w:val="FFFFFF"/>
                <w:sz w:val="18"/>
              </w:rPr>
              <w:t>2 puntos</w:t>
            </w:r>
          </w:p>
        </w:tc>
      </w:tr>
      <w:tr>
        <w:trP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18"/>
              </w:rPr>
              <w:t>Diagnóstico</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18"/>
              </w:rPr>
              <w:t>No identifica aspectos pertinentes.</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18"/>
              </w:rPr>
              <w:t>Identifica aspectos, pero explica parcialmente sus efectos o afectados.</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18"/>
              </w:rPr>
              <w:t>Identifica tres aspectos y relaciona datos, efectos y grupos afectados.</w:t>
            </w:r>
          </w:p>
        </w:tc>
      </w:tr>
      <w:tr>
        <w:trP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18"/>
              </w:rPr>
              <w:t>Medidas</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18"/>
              </w:rPr>
              <w:t>No propone acciones pertinentes.</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18"/>
              </w:rPr>
              <w:t>Propone mejoras generales o no incluye la dimensión ambiental y social.</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18"/>
              </w:rPr>
              <w:t>Propone tres acciones concretas, con al menos una ambiental y una social.</w:t>
            </w:r>
          </w:p>
        </w:tc>
      </w:tr>
      <w:tr>
        <w:trP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18"/>
              </w:rPr>
              <w:t>Indicadores</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18"/>
              </w:rPr>
              <w:t>No define cómo medir las acciones.</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18"/>
              </w:rPr>
              <w:t>Define indicadores incompletos o con unidades o referencias incoherentes.</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18"/>
              </w:rPr>
              <w:t>Cada medida tiene unidad, referencia, meta y método coherentes; si faltan datos, explica cómo obtenerlos.</w:t>
            </w:r>
          </w:p>
        </w:tc>
      </w:tr>
      <w:tr>
        <w:trPr>
          <w:cantSplit/>
        </w:trPr>
        <w:tc>
          <w:tcPr>
            <w:tcW w:type="dxa" w:w="1757"/>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18"/>
              </w:rPr>
              <w:t>Prioridad</w:t>
            </w:r>
          </w:p>
        </w:tc>
        <w:tc>
          <w:tcPr>
            <w:tcW w:type="dxa" w:w="209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18"/>
              </w:rPr>
              <w:t>No justifica por dónde empezar.</w:t>
            </w:r>
          </w:p>
        </w:tc>
        <w:tc>
          <w:tcPr>
            <w:tcW w:type="dxa" w:w="2721"/>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18"/>
              </w:rPr>
              <w:t>Justifica la elección sin considerar esfuerzo o dificultades.</w:t>
            </w:r>
          </w:p>
        </w:tc>
        <w:tc>
          <w:tcPr>
            <w:tcW w:type="dxa" w:w="3288"/>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18"/>
              </w:rPr>
              <w:t>Justifica la prioridad, considera esfuerzo y afectados e identifica una dificultad relevante.</w:t>
            </w:r>
          </w:p>
        </w:tc>
      </w:tr>
    </w:tbl>
    <w:p>
      <w:pPr>
        <w:spacing w:after="40"/>
      </w:pPr>
    </w:p>
    <w:p>
      <w:r>
        <w:rPr>
          <w:b w:val="0"/>
        </w:rPr>
        <w:t>Puntuación ____ / 8     Próxima mejora ________________________________________</w:t>
      </w:r>
    </w:p>
    <w:p>
      <w:pPr>
        <w:pStyle w:val="Heading1"/>
      </w:pPr>
      <w:r>
        <w:t>Orientaciones para el docente</w:t>
      </w:r>
    </w:p>
    <w:p>
      <w:r>
        <w:rPr>
          <w:b w:val="0"/>
        </w:rPr>
        <w:t>Ejemplo de cálculo: una reducción propuesta del 20 % de 1.200 hojas equivale a 240 hojas; la meta sería 960 hojas por semana si la actividad es comparable. Para la electricidad, 250 kWh entre cinco días son 50 kWh por día de apertura. Son cálculos del caso, no ahorros garantizados.</w:t>
      </w:r>
    </w:p>
    <w:p>
      <w:r>
        <w:rPr>
          <w:b w:val="0"/>
        </w:rPr>
        <w:t>La actividad practica aspectos de identificación de impactos y diseño de acciones e indicadores del módulo. Ajusta su uso a la programación. Es una propuesta original y no reproduce el solucionario del libro. Fuente curricular: Real Decreto 659/2023, anexo VIII.</w:t>
      </w:r>
    </w:p>
    <w:p>
      <w:r>
        <w:rPr>
          <w:b w:val="0"/>
        </w:rPr>
        <w:t>Currículo: https://www.boe.es/buscar/act.php?id=BOE-A-2023-16889#av-4</w:t>
      </w:r>
    </w:p>
    <w:p>
      <w:r>
        <w:rPr>
          <w:b w:val="0"/>
        </w:rPr>
        <w:t>Libro relacionado: Sostenibilidad aplicada al sistema productivo, Paraninfo, ISBN 9788428363457.</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9"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59"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 de sostenibilidad para FP</dc:title>
  <dc:subject>Material docente editable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