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IPE II · entrevista y plan de búsqueda de empleo</w:t>
      </w:r>
    </w:p>
    <w:p>
      <w:r>
        <w:t>Ficha editable · Tiempo orientativo: 70 minutos · Usa una oferta ficticia o una oportunidad verificada</w:t>
      </w:r>
    </w:p>
    <w:p>
      <w:r>
        <w:rPr>
          <w:b w:val="0"/>
        </w:rPr>
        <w:t>Nombre ______________________________ Grupo __________ Fecha __________</w:t>
      </w:r>
    </w:p>
    <w:p>
      <w:pPr>
        <w:pStyle w:val="Heading1"/>
      </w:pPr>
      <w:r>
        <w:t>Prepara una oportunidad</w:t>
      </w:r>
    </w:p>
    <w:p>
      <w:r>
        <w:rPr>
          <w:b w:val="0"/>
        </w:rPr>
        <w:t>Puesto/sector ______________________________ Fuente y fecha ______________________________</w:t>
      </w:r>
    </w:p>
    <w:p>
      <w:r>
        <w:rPr>
          <w:b/>
        </w:rPr>
        <w:t>Dos requisitos del puesto y evidencia propia para cada uno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/>
        </w:rPr>
        <w:t>Algo que todavía quiero aprender o aclarar</w:t>
      </w:r>
    </w:p>
    <w:p>
      <w:r>
        <w:rPr>
          <w:b w:val="0"/>
        </w:rPr>
        <w:t>________________________________________________________________________________</w:t>
      </w:r>
    </w:p>
    <w:p>
      <w:pPr>
        <w:pStyle w:val="Heading1"/>
      </w:pPr>
      <w:r>
        <w:t>Prepara tus respuestas</w:t>
      </w:r>
    </w:p>
    <w:p>
      <w:r>
        <w:rPr>
          <w:b w:val="0"/>
        </w:rPr>
        <w:t>Ensaya una presentación de 45–60 segundos. Prepara dos ejemplos honestos de formación, proyecto o prácticas: contexto, qué hiciste tú y qué aprendiste. No atribuyas tareas o resultados que no realizaste.</w:t>
      </w:r>
    </w:p>
    <w:p>
      <w:r>
        <w:rPr>
          <w:b/>
        </w:rPr>
        <w:t>Ejemplo 1: situación, acción propia, resultado/aprendizaje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/>
        </w:rPr>
        <w:t>Ejemplo 2: situación, acción propia, resultado/aprendizaje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/>
        </w:rPr>
        <w:t>Dos preguntas pertinentes para la entrevista</w:t>
      </w:r>
    </w:p>
    <w:p>
      <w:r>
        <w:rPr>
          <w:b w:val="0"/>
        </w:rPr>
        <w:t>________________________________________________________________________________</w:t>
      </w:r>
    </w:p>
    <w:p>
      <w:pPr>
        <w:pStyle w:val="Heading1"/>
      </w:pPr>
      <w:r>
        <w:t>Roleplay en tríos · rota los papeles</w:t>
      </w:r>
    </w:p>
    <w:p>
      <w:r>
        <w:rPr>
          <w:b w:val="0"/>
        </w:rPr>
        <w:t>Candidato/a: practica; entrevistador/a: plantea preguntas relacionadas con el puesto; observador/a: registra conductas concretas. Feedback: menciona algo eficaz y un cambio que se pueda ensayar. No evalúes personalidad, acento ni rasgos ajenos al objetivo.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Checklist del ensayo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Sí / Próximo ensayo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La respuesta atiende la pregunta y el puesto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Incluye un ejemplo y mi aportación concreta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Explica aprendizaje o resultado observable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Escucha, responde y pregunta con claridad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  <w:tr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Distingue lo que sé de lo que quiero aprender</w:t>
            </w:r>
          </w:p>
        </w:tc>
        <w:tc>
          <w:tcPr>
            <w:tcW w:type="dxa" w:w="5156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</w:tbl>
    <w:p>
      <w:r>
        <w:br w:type="page"/>
      </w:r>
    </w:p>
    <w:p>
      <w:pPr>
        <w:pStyle w:val="Heading1"/>
      </w:pPr>
      <w:r>
        <w:t>Plan personal de búsqueda · próximas dos semanas</w:t>
      </w:r>
    </w:p>
    <w:p>
      <w:r>
        <w:rPr>
          <w:b w:val="0"/>
        </w:rPr>
        <w:t>Elige un objetivo inicial. Planifica acciones realistas, fechas y evidencias; revisa el plan. Organizar la búsqueda no garantiza entrevistas ni contratación.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Acción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Cuándo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Evidencia / fuente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Revisión o ajuste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Elegir un puesto relacionado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Oferta/descripción fechada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Adaptar CV y ejemplos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Versión revisada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Localizar canales/empresas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Lista y fecha de consulta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Ensayar y pedir feedback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Checklist y cambios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________</w:t>
            </w:r>
          </w:p>
        </w:tc>
      </w:tr>
    </w:tbl>
    <w:p>
      <w:pPr>
        <w:pStyle w:val="Heading1"/>
      </w:pPr>
      <w:r>
        <w:t>Rúbrica (0–2 puntos; máximo 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Criterio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0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1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/>
                <w:color w:val="004C91"/>
                <w:sz w:val="16"/>
              </w:rPr>
              <w:t>2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Preparación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Sin relación con puesto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Requisitos parciales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Objetivo y evidencias pertinentes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Respuestas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Sin ejemplo claro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Ejemplo incompleto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Acción propia y aprendizaje claros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Comunicación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No escucha o responde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Claridad irregular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Escucha y responde con claridad</w:t>
            </w:r>
          </w:p>
        </w:tc>
      </w:tr>
      <w:tr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Plan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Sin acciones/fechas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Plan parcial</w:t>
            </w:r>
          </w:p>
        </w:tc>
        <w:tc>
          <w:tcPr>
            <w:tcW w:type="dxa" w:w="2578"/>
          </w:tcPr>
          <w:p>
            <w:r>
              <w:rPr>
                <w:rFonts w:ascii="Arial" w:hAnsi="Arial"/>
                <w:b w:val="0"/>
                <w:sz w:val="16"/>
              </w:rPr>
              <w:t>Acciones y revisión concretas</w:t>
            </w:r>
          </w:p>
        </w:tc>
      </w:tr>
    </w:tbl>
    <w:p>
      <w:r>
        <w:rPr>
          <w:b w:val="0"/>
        </w:rPr>
        <w:t>Puntuación ____ / 8   Una fortaleza observable __________________   Próximo ensayo __________________</w:t>
      </w:r>
    </w:p>
    <w:p>
      <w:pPr>
        <w:pStyle w:val="Heading1"/>
      </w:pPr>
      <w:r>
        <w:t>Oportunidad de actualidad (opcional)</w:t>
      </w:r>
    </w:p>
    <w:p>
      <w:r>
        <w:rPr>
          <w:b w:val="0"/>
        </w:rPr>
        <w:t>El SEPE anuncia feria de empleo FP en Madrid los días 28–29 de octubre de 2026. Comprueba la agenda oficial antes de organizar asistencia. Esta actividad es evergreen y no depende de la feria.</w:t>
      </w:r>
    </w:p>
    <w:p>
      <w:r>
        <w:rPr>
          <w:b w:val="0"/>
        </w:rPr>
        <w:t>Fuente: https://www.sepe.es/HomeSepe/que-es-observatorio/Hipatia/actualidad/agenda/eventos/detalle-evento.html?detail=vuelve-con-su-segunda-edicion-la-feria-de-empleo-de-fp-en-madrid&amp;folder=%2Feventos%2FHipatia%2F</w:t>
      </w:r>
    </w:p>
    <w:p>
      <w:r>
        <w:rPr>
          <w:b w:val="0"/>
        </w:rPr>
        <w:t>Actividad original complementaria de IPE II; no reproduce materiales privados, actividades ni solucionarios del libro.</w:t>
      </w:r>
    </w:p>
    <w:sectPr w:rsidR="00FC693F" w:rsidRPr="0006063C" w:rsidSect="00034616"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IPE II · entrevista y plan de búsqueda de empleo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